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6"/>
        </w:rPr>
        <w:t>FORM 4</w:t>
      </w:r>
    </w:p>
    <w:p>
      <w:pPr>
        <w:spacing w:after="100"/>
        <w:jc w:val="center"/>
      </w:pPr>
      <w:r>
        <w:rPr>
          <w:b/>
          <w:sz w:val="22"/>
        </w:rPr>
        <w:t>PRO FORMA FOR APPLICATION FOR WITHDRAWAL FROM GENERAL PROVIDENT FUND / CONTRIBUTORY PROVIDENT FUND</w:t>
      </w:r>
    </w:p>
    <w:p>
      <w:pPr>
        <w:spacing w:after="80"/>
      </w:pPr>
      <w:r>
        <w:rPr>
          <w:i/>
          <w:sz w:val="17"/>
        </w:rPr>
        <w:t>To be filled in by the subscriber/applicant. Furnish all applicable particulars.</w:t>
      </w:r>
    </w:p>
    <w:p>
      <w:pPr>
        <w:spacing w:after="60" w:line="240" w:lineRule="auto"/>
      </w:pPr>
      <w:r>
        <w:rPr>
          <w:sz w:val="19"/>
        </w:rPr>
        <w:t>1. Name of the subscriber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2. Account Number (with Departmental suffix)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3. (a) Designation    (b) Section/Branch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4. Basic Pay / Pay in the Pay Band + Grade Pay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5. Date of joining service</w:t>
      </w:r>
      <w:r>
        <w:rPr>
          <w:sz w:val="17"/>
        </w:rPr>
        <w:br/>
        <w:t>____________________________</w:t>
      </w:r>
    </w:p>
    <w:p>
      <w:pPr>
        <w:spacing w:after="60" w:line="240" w:lineRule="auto"/>
      </w:pPr>
      <w:r>
        <w:rPr>
          <w:sz w:val="19"/>
        </w:rPr>
        <w:t>. Date of superannuation</w:t>
      </w:r>
      <w:r>
        <w:rPr>
          <w:sz w:val="17"/>
        </w:rPr>
        <w:br/>
        <w:t>____________________________</w:t>
      </w:r>
    </w:p>
    <w:p>
      <w:pPr>
        <w:spacing w:after="60" w:line="240" w:lineRule="auto"/>
      </w:pPr>
      <w:r>
        <w:rPr>
          <w:sz w:val="19"/>
        </w:rPr>
        <w:t>6. Balance at credit of the subscriber on the date of application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3552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7"/>
              </w:rPr>
            </w:r>
          </w:p>
        </w:tc>
        <w:tc>
          <w:tcPr>
            <w:tcW w:type="dxa" w:w="3552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Particulars</w:t>
            </w:r>
          </w:p>
        </w:tc>
        <w:tc>
          <w:tcPr>
            <w:tcW w:type="dxa" w:w="3552"/>
            <w:vAlign w:val="center"/>
            <w:shd w:fill="D9EAF7"/>
          </w:tcPr>
          <w:p>
            <w:pPr>
              <w:spacing w:after="0"/>
            </w:pPr>
            <w:r/>
            <w:r>
              <w:rPr>
                <w:b/>
                <w:sz w:val="17"/>
              </w:rPr>
              <w:t>Amount (Rs.)</w:t>
            </w:r>
          </w:p>
        </w:tc>
      </w:tr>
      <w:tr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(i)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Closing balance as per statement for the year ____________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(ii)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Credit from ____________ to ____________ on account of monthly subscription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(iii)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Refunds made to the Fund after the closing balance mentioned above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(iv)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Withdrawal during the period from ____________ to ____________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(v)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  <w:t>Net balance at credit on date of application</w:t>
            </w:r>
          </w:p>
        </w:tc>
        <w:tc>
          <w:tcPr>
            <w:tcW w:type="dxa" w:w="3552"/>
            <w:vAlign w:val="center"/>
          </w:tcPr>
          <w:p>
            <w:pPr>
              <w:spacing w:after="0"/>
            </w:pPr>
            <w:r/>
            <w:r>
              <w:rPr>
                <w:b w:val="0"/>
                <w:sz w:val="16"/>
              </w:rPr>
            </w:r>
          </w:p>
        </w:tc>
      </w:tr>
    </w:tbl>
    <w:p>
      <w:pPr>
        <w:spacing w:after="60" w:line="240" w:lineRule="auto"/>
      </w:pPr>
      <w:r>
        <w:rPr>
          <w:sz w:val="19"/>
        </w:rPr>
        <w:t>7. Amount of withdrawal required</w:t>
      </w:r>
      <w:r>
        <w:rPr>
          <w:sz w:val="17"/>
        </w:rPr>
        <w:br/>
        <w:t>Rs. __________________________________</w:t>
      </w:r>
    </w:p>
    <w:p>
      <w:pPr>
        <w:spacing w:after="60" w:line="240" w:lineRule="auto"/>
      </w:pPr>
      <w:r>
        <w:rPr>
          <w:sz w:val="19"/>
        </w:rPr>
        <w:t>8(a). Is the application made under Rule 15(1)(C), i.e. one year before the date of superannuation?</w:t>
      </w:r>
      <w:r>
        <w:rPr>
          <w:sz w:val="17"/>
        </w:rPr>
        <w:br/>
        <w:t>YES / NO</w:t>
      </w:r>
    </w:p>
    <w:p>
      <w:pPr>
        <w:spacing w:after="60" w:line="240" w:lineRule="auto"/>
      </w:pPr>
      <w:r>
        <w:rPr>
          <w:sz w:val="19"/>
        </w:rPr>
        <w:t>8(b). If No, purpose for which the withdrawal is required</w:t>
      </w:r>
      <w:r>
        <w:rPr>
          <w:sz w:val="17"/>
        </w:rPr>
        <w:br/>
        <w:t>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9. Whether any withdrawal was taken for the same purpose earlier. If so, indicate the amount and the year.</w:t>
      </w:r>
      <w:r>
        <w:rPr>
          <w:sz w:val="17"/>
        </w:rPr>
        <w:br/>
        <w:t>________________________________________________________________________________</w:t>
      </w:r>
    </w:p>
    <w:p>
      <w:pPr>
        <w:spacing w:after="60" w:line="240" w:lineRule="auto"/>
      </w:pPr>
      <w:r>
        <w:rPr>
          <w:sz w:val="19"/>
        </w:rPr>
        <w:t>10. Name of the Accounts Officer maintaining the Provident Fund Account</w:t>
      </w:r>
      <w:r>
        <w:rPr>
          <w:sz w:val="17"/>
        </w:rPr>
        <w:br/>
        <w:t>____________________________________________________________</w:t>
      </w:r>
    </w:p>
    <w:p>
      <w:pPr>
        <w:spacing w:before="160" w:after="160"/>
      </w:pPr>
      <w:r>
        <w:rPr>
          <w:sz w:val="18"/>
        </w:rPr>
        <w:t>Date: __________________________                         Signature of Applicant: __________________________</w:t>
      </w:r>
    </w:p>
    <w:p>
      <w:pPr>
        <w:spacing w:after="0"/>
      </w:pPr>
      <w:r>
        <w:rPr>
          <w:sz w:val="17"/>
        </w:rPr>
        <w:t>Name: __________________________________    Designation: _________________________________    Section/Branch: _________________________________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