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26"/>
        </w:rPr>
        <w:t>FORM 3</w:t>
      </w:r>
    </w:p>
    <w:p>
      <w:pPr>
        <w:spacing w:after="100"/>
        <w:jc w:val="center"/>
      </w:pPr>
      <w:r>
        <w:rPr>
          <w:b/>
          <w:sz w:val="22"/>
        </w:rPr>
        <w:t>FORM OF APPLICATION FOR ADVANCE FROM GENERAL PROVIDENT FUND / CONTRIBUTORY PROVIDENT FUND</w:t>
      </w:r>
    </w:p>
    <w:p>
      <w:pPr>
        <w:spacing w:after="80"/>
      </w:pPr>
      <w:r>
        <w:rPr>
          <w:i/>
          <w:sz w:val="17"/>
        </w:rPr>
        <w:t>To be filled in by the subscriber/applicant. Furnish all applicable particulars.</w:t>
      </w:r>
    </w:p>
    <w:p>
      <w:pPr>
        <w:spacing w:after="60" w:line="240" w:lineRule="auto"/>
      </w:pPr>
      <w:r>
        <w:rPr>
          <w:sz w:val="19"/>
        </w:rPr>
        <w:t>1. Name of the subscriber</w:t>
      </w:r>
      <w:r>
        <w:rPr>
          <w:sz w:val="17"/>
        </w:rPr>
        <w:br/>
        <w:t>____________________________________________________________</w:t>
      </w:r>
    </w:p>
    <w:p>
      <w:pPr>
        <w:spacing w:after="60" w:line="240" w:lineRule="auto"/>
      </w:pPr>
      <w:r>
        <w:rPr>
          <w:sz w:val="19"/>
        </w:rPr>
        <w:t>2. Account Number (with Departmental suffix)</w:t>
      </w:r>
      <w:r>
        <w:rPr>
          <w:sz w:val="17"/>
        </w:rPr>
        <w:br/>
        <w:t>____________________________________________________________</w:t>
      </w:r>
    </w:p>
    <w:p>
      <w:pPr>
        <w:spacing w:after="60" w:line="240" w:lineRule="auto"/>
      </w:pPr>
      <w:r>
        <w:rPr>
          <w:sz w:val="19"/>
        </w:rPr>
        <w:t>3. (i) Designation    (ii) Section/Branch</w:t>
      </w:r>
      <w:r>
        <w:rPr>
          <w:sz w:val="17"/>
        </w:rPr>
        <w:br/>
        <w:t>____________________________________________________________</w:t>
      </w:r>
    </w:p>
    <w:p>
      <w:pPr>
        <w:spacing w:after="60" w:line="240" w:lineRule="auto"/>
      </w:pPr>
      <w:r>
        <w:rPr>
          <w:sz w:val="19"/>
        </w:rPr>
        <w:t>4. Basic Pay / Pay in the Pay Band + Grade Pay</w:t>
      </w:r>
      <w:r>
        <w:rPr>
          <w:sz w:val="17"/>
        </w:rPr>
        <w:br/>
        <w:t>____________________________________________________________</w:t>
      </w:r>
    </w:p>
    <w:p>
      <w:pPr>
        <w:spacing w:after="60" w:line="240" w:lineRule="auto"/>
      </w:pPr>
      <w:r>
        <w:rPr>
          <w:sz w:val="19"/>
        </w:rPr>
        <w:t>5. Balance at credit of the subscriber on the date of application, as below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rPr>
          <w:tblHeader w:val="true"/>
        </w:trPr>
        <w:tc>
          <w:tcPr>
            <w:tcW w:type="dxa" w:w="3600"/>
            <w:vAlign w:val="center"/>
            <w:shd w:fill="D9EAF7"/>
          </w:tcPr>
          <w:p>
            <w:pPr>
              <w:spacing w:after="0"/>
            </w:pPr>
            <w:r/>
            <w:r>
              <w:rPr>
                <w:b/>
                <w:sz w:val="17"/>
              </w:rPr>
            </w:r>
          </w:p>
        </w:tc>
        <w:tc>
          <w:tcPr>
            <w:tcW w:type="dxa" w:w="3600"/>
            <w:vAlign w:val="center"/>
            <w:shd w:fill="D9EAF7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Particulars</w:t>
            </w:r>
          </w:p>
        </w:tc>
        <w:tc>
          <w:tcPr>
            <w:tcW w:type="dxa" w:w="3600"/>
            <w:vAlign w:val="center"/>
            <w:shd w:fill="D9EAF7"/>
          </w:tcPr>
          <w:p>
            <w:pPr>
              <w:spacing w:after="0"/>
            </w:pPr>
            <w:r/>
            <w:r>
              <w:rPr>
                <w:b/>
                <w:sz w:val="17"/>
              </w:rPr>
              <w:t>Amount (Rs.)</w:t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(i)</w:t>
            </w:r>
          </w:p>
        </w:tc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Closing balance as per statement for the year ____________</w:t>
            </w:r>
          </w:p>
        </w:tc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(ii)</w:t>
            </w:r>
          </w:p>
        </w:tc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Credit from ____________ to ____________ on account of monthly subscription</w:t>
            </w:r>
          </w:p>
        </w:tc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(iii)</w:t>
            </w:r>
          </w:p>
        </w:tc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Refunds</w:t>
            </w:r>
          </w:p>
        </w:tc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(iv)</w:t>
            </w:r>
          </w:p>
        </w:tc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Withdrawal during the period from ____________ to ____________</w:t>
            </w:r>
          </w:p>
        </w:tc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(v)</w:t>
            </w:r>
          </w:p>
        </w:tc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Net balance at credit</w:t>
            </w:r>
          </w:p>
        </w:tc>
        <w:tc>
          <w:tcPr>
            <w:tcW w:type="dxa" w:w="3600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</w:tr>
    </w:tbl>
    <w:p>
      <w:pPr>
        <w:spacing w:after="60" w:line="240" w:lineRule="auto"/>
      </w:pPr>
      <w:r>
        <w:rPr>
          <w:sz w:val="19"/>
        </w:rPr>
        <w:t>6. Amount of advance outstanding, if any, and the purpose for which advance was taken</w:t>
      </w:r>
      <w:r>
        <w:rPr>
          <w:sz w:val="17"/>
        </w:rPr>
        <w:br/>
        <w:t>Amount of advance taken Rs. ____________    Balance outstanding as on date Rs. ____________</w:t>
      </w:r>
    </w:p>
    <w:p>
      <w:pPr>
        <w:spacing w:after="60" w:line="240" w:lineRule="auto"/>
      </w:pPr>
      <w:r>
        <w:rPr>
          <w:sz w:val="19"/>
        </w:rPr>
        <w:t>7. Amount of advance required</w:t>
      </w:r>
      <w:r>
        <w:rPr>
          <w:sz w:val="17"/>
        </w:rPr>
        <w:br/>
        <w:t>Rs. __________________________________</w:t>
      </w:r>
    </w:p>
    <w:p>
      <w:pPr>
        <w:spacing w:after="60" w:line="240" w:lineRule="auto"/>
      </w:pPr>
      <w:r>
        <w:rPr>
          <w:sz w:val="19"/>
        </w:rPr>
        <w:t>8(A). Purpose for which the advance is required</w:t>
      </w:r>
      <w:r>
        <w:rPr>
          <w:sz w:val="17"/>
        </w:rPr>
        <w:br/>
        <w:t>____________________________________________________________</w:t>
      </w:r>
    </w:p>
    <w:p>
      <w:pPr>
        <w:spacing w:after="60" w:line="240" w:lineRule="auto"/>
      </w:pPr>
      <w:r>
        <w:rPr>
          <w:sz w:val="19"/>
        </w:rPr>
        <w:t>8(B). Rules under which the request is covered</w:t>
      </w:r>
      <w:r>
        <w:rPr>
          <w:sz w:val="17"/>
        </w:rPr>
        <w:br/>
        <w:t>____________________________________________________________</w:t>
      </w:r>
    </w:p>
    <w:p>
      <w:pPr>
        <w:spacing w:after="40"/>
      </w:pPr>
      <w:r>
        <w:rPr>
          <w:b/>
          <w:sz w:val="18"/>
        </w:rPr>
        <w:t>8(C) If advance is sought for House Building, etc., following information may be given:</w:t>
      </w:r>
    </w:p>
    <w:p>
      <w:pPr>
        <w:spacing w:after="20"/>
        <w:ind w:left="288"/>
      </w:pPr>
      <w:r>
        <w:rPr>
          <w:sz w:val="17"/>
        </w:rPr>
        <w:t>(i) Location and measurement of the plot: ______________________________________________</w:t>
      </w:r>
    </w:p>
    <w:p>
      <w:pPr>
        <w:spacing w:after="20"/>
        <w:ind w:left="288"/>
      </w:pPr>
      <w:r>
        <w:rPr>
          <w:sz w:val="17"/>
        </w:rPr>
        <w:t>(ii) Whether plot is freehold or on lease: ______________________________________________</w:t>
      </w:r>
    </w:p>
    <w:p>
      <w:pPr>
        <w:spacing w:after="20"/>
        <w:ind w:left="288"/>
      </w:pPr>
      <w:r>
        <w:rPr>
          <w:sz w:val="17"/>
        </w:rPr>
        <w:t>(iii) Plan for construction: ____________________________________________________________</w:t>
      </w:r>
    </w:p>
    <w:p>
      <w:pPr>
        <w:spacing w:after="20"/>
        <w:ind w:left="288"/>
      </w:pPr>
      <w:r>
        <w:rPr>
          <w:sz w:val="17"/>
        </w:rPr>
        <w:t>(iv) If flat/plot is purchased from a Group Housing Society, name of Society, location and measurement: ____________________________</w:t>
      </w:r>
    </w:p>
    <w:p>
      <w:pPr>
        <w:spacing w:after="20"/>
        <w:ind w:left="288"/>
      </w:pPr>
      <w:r>
        <w:rPr>
          <w:sz w:val="17"/>
        </w:rPr>
        <w:t>(v) Cost of construction: ______________________________________________________________</w:t>
      </w:r>
    </w:p>
    <w:p>
      <w:pPr>
        <w:spacing w:after="20"/>
        <w:ind w:left="288"/>
      </w:pPr>
      <w:r>
        <w:rPr>
          <w:sz w:val="17"/>
        </w:rPr>
        <w:t>(vi) If purchased from DDA / Housing Board / Government agency, location, dimensions, etc.: _________________________________</w:t>
      </w:r>
    </w:p>
    <w:p>
      <w:pPr>
        <w:spacing w:after="40"/>
      </w:pPr>
      <w:r>
        <w:rPr>
          <w:b/>
          <w:sz w:val="18"/>
        </w:rPr>
        <w:t>8(D) If advance is required for education of children, following details may be given:</w:t>
      </w:r>
    </w:p>
    <w:p>
      <w:pPr>
        <w:spacing w:after="20"/>
        <w:ind w:left="288"/>
      </w:pPr>
      <w:r>
        <w:rPr>
          <w:sz w:val="17"/>
        </w:rPr>
        <w:t>(i) Name of son/daughter: ____________________________________</w:t>
      </w:r>
    </w:p>
    <w:p>
      <w:pPr>
        <w:spacing w:after="20"/>
        <w:ind w:left="288"/>
      </w:pPr>
      <w:r>
        <w:rPr>
          <w:sz w:val="17"/>
        </w:rPr>
        <w:t>(ii) Class and Institution/College: ______________________________</w:t>
      </w:r>
    </w:p>
    <w:p>
      <w:pPr>
        <w:spacing w:after="20"/>
        <w:ind w:left="288"/>
      </w:pPr>
      <w:r>
        <w:rPr>
          <w:sz w:val="17"/>
        </w:rPr>
        <w:t>(iii) Whether day-scholar or hosteller: ___________________________</w:t>
      </w:r>
    </w:p>
    <w:p>
      <w:pPr>
        <w:spacing w:after="40"/>
      </w:pPr>
      <w:r>
        <w:rPr>
          <w:b/>
          <w:sz w:val="18"/>
        </w:rPr>
        <w:t>8(E) If advance is required for treatment of ailing family member(s), following details may be given:</w:t>
      </w:r>
    </w:p>
    <w:p>
      <w:pPr>
        <w:spacing w:after="20"/>
        <w:ind w:left="288"/>
      </w:pPr>
      <w:r>
        <w:rPr>
          <w:sz w:val="17"/>
        </w:rPr>
        <w:t>(i) Name of patient and relationship: _________________________________________________</w:t>
      </w:r>
    </w:p>
    <w:p>
      <w:pPr>
        <w:spacing w:after="20"/>
        <w:ind w:left="288"/>
      </w:pPr>
      <w:r>
        <w:rPr>
          <w:sz w:val="17"/>
        </w:rPr>
        <w:t>(ii) Hospital/Dispensary/Doctor: _______________________________________________________</w:t>
      </w:r>
    </w:p>
    <w:p>
      <w:pPr>
        <w:spacing w:after="20"/>
        <w:ind w:left="288"/>
      </w:pPr>
      <w:r>
        <w:rPr>
          <w:sz w:val="17"/>
        </w:rPr>
        <w:t>(iii) Whether outdoor/indoor patient: _________________________________________________</w:t>
      </w:r>
    </w:p>
    <w:p>
      <w:pPr>
        <w:spacing w:after="20"/>
        <w:ind w:left="288"/>
      </w:pPr>
      <w:r>
        <w:rPr>
          <w:sz w:val="17"/>
        </w:rPr>
        <w:t>(iv) Whether reimbursement is available or not: ________________________________________</w:t>
      </w:r>
    </w:p>
    <w:p>
      <w:pPr>
        <w:spacing w:after="80"/>
      </w:pPr>
      <w:r>
        <w:rPr>
          <w:i/>
          <w:sz w:val="17"/>
        </w:rPr>
        <w:t>Note: In case of advance under 8(C) to 8(E), no certificate or documentary evidence is required.</w:t>
      </w:r>
    </w:p>
    <w:p>
      <w:pPr>
        <w:spacing w:after="60" w:line="240" w:lineRule="auto"/>
      </w:pPr>
      <w:r>
        <w:rPr>
          <w:sz w:val="19"/>
        </w:rPr>
        <w:t>9. Amount of the consolidated advance (items 6 &amp; 7) and number of monthly instalments in which the consolidated advance is proposed to be repaid</w:t>
      </w:r>
      <w:r>
        <w:rPr>
          <w:sz w:val="17"/>
        </w:rPr>
        <w:br/>
        <w:t>Rs. ____________________ in ____________________ instalments.</w:t>
      </w:r>
    </w:p>
    <w:p>
      <w:pPr>
        <w:spacing w:after="60" w:line="240" w:lineRule="auto"/>
      </w:pPr>
      <w:r>
        <w:rPr>
          <w:sz w:val="19"/>
        </w:rPr>
        <w:t>10. Full particulars of the pecuniary circumstances of the subscriber justifying the application for the advance</w:t>
      </w:r>
      <w:r>
        <w:rPr>
          <w:sz w:val="17"/>
        </w:rPr>
        <w:br/>
        <w:t>________________________________________________________________________________</w:t>
        <w:br/>
        <w:t>________________________________________________________________________________</w:t>
      </w:r>
    </w:p>
    <w:p>
      <w:pPr>
        <w:spacing w:after="160"/>
      </w:pPr>
      <w:r>
        <w:rPr>
          <w:sz w:val="17"/>
        </w:rPr>
        <w:t>I certify that the particulars given above are correct and complete to the best of my knowledge and belief and that nothing has been concealed by me.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</w:tcPr>
          <w:p>
            <w:r>
              <w:rPr>
                <w:sz w:val="17"/>
              </w:rPr>
              <w:t>Date: __________________________</w:t>
            </w:r>
          </w:p>
        </w:tc>
        <w:tc>
          <w:tcPr>
            <w:tcW w:type="dxa" w:w="5400"/>
          </w:tcPr>
          <w:p>
            <w:r>
              <w:rPr>
                <w:sz w:val="17"/>
              </w:rPr>
              <w:t>Signature of Applicant: __________________________</w:t>
            </w:r>
          </w:p>
        </w:tc>
      </w:tr>
      <w:tr>
        <w:tc>
          <w:tcPr>
            <w:tcW w:type="dxa" w:w="5400"/>
          </w:tcPr>
          <w:p>
            <w:r>
              <w:rPr>
                <w:sz w:val="17"/>
              </w:rPr>
              <w:t>Name: __________________________</w:t>
            </w:r>
          </w:p>
        </w:tc>
        <w:tc>
          <w:tcPr>
            <w:tcW w:type="dxa" w:w="5400"/>
          </w:tcPr>
          <w:p>
            <w:r>
              <w:rPr>
                <w:sz w:val="17"/>
              </w:rPr>
              <w:t>Designation / Section: __________________________</w:t>
            </w:r>
          </w:p>
        </w:tc>
      </w:tr>
    </w:tbl>
    <w:sectPr w:rsidR="00FC693F" w:rsidRPr="0006063C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